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AF" w:rsidRPr="00447300" w:rsidRDefault="00BD38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b/>
          <w:sz w:val="24"/>
          <w:szCs w:val="24"/>
        </w:rPr>
        <w:t>VYHLÁSENIE DOPLŇUJÚCICH VOLIEB</w:t>
      </w:r>
      <w:r w:rsidRPr="00447300">
        <w:rPr>
          <w:rFonts w:ascii="Times New Roman" w:hAnsi="Times New Roman" w:cs="Times New Roman"/>
          <w:b/>
          <w:sz w:val="24"/>
          <w:szCs w:val="24"/>
        </w:rPr>
        <w:br/>
        <w:t>DO RADY ŠKOLY</w:t>
      </w:r>
    </w:p>
    <w:p w:rsidR="00A47AAF" w:rsidRPr="00447300" w:rsidRDefault="00BD385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47300">
        <w:rPr>
          <w:rFonts w:ascii="Times New Roman" w:hAnsi="Times New Roman" w:cs="Times New Roman"/>
          <w:b/>
          <w:sz w:val="24"/>
          <w:szCs w:val="24"/>
        </w:rPr>
        <w:t>za</w:t>
      </w:r>
      <w:proofErr w:type="gramEnd"/>
      <w:r w:rsidRPr="00447300">
        <w:rPr>
          <w:rFonts w:ascii="Times New Roman" w:hAnsi="Times New Roman" w:cs="Times New Roman"/>
          <w:b/>
          <w:sz w:val="24"/>
          <w:szCs w:val="24"/>
        </w:rPr>
        <w:t xml:space="preserve"> kategóriu zákonných zástupcov (rodičov)</w:t>
      </w:r>
    </w:p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p w:rsidR="00A47AAF" w:rsidRPr="00447300" w:rsidRDefault="00BD385A">
      <w:pPr>
        <w:jc w:val="both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sz w:val="24"/>
          <w:szCs w:val="24"/>
        </w:rPr>
        <w:t xml:space="preserve">Predsedníčka </w:t>
      </w:r>
      <w:proofErr w:type="spellStart"/>
      <w:r w:rsidRPr="00447300">
        <w:rPr>
          <w:rFonts w:ascii="Times New Roman" w:hAnsi="Times New Roman" w:cs="Times New Roman"/>
          <w:sz w:val="24"/>
          <w:szCs w:val="24"/>
        </w:rPr>
        <w:t>Rady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300">
        <w:rPr>
          <w:rFonts w:ascii="Times New Roman" w:hAnsi="Times New Roman" w:cs="Times New Roman"/>
          <w:sz w:val="24"/>
          <w:szCs w:val="24"/>
        </w:rPr>
        <w:t>školy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300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r w:rsidR="00447300">
        <w:rPr>
          <w:rFonts w:ascii="Times New Roman" w:hAnsi="Times New Roman" w:cs="Times New Roman"/>
          <w:sz w:val="24"/>
          <w:szCs w:val="24"/>
        </w:rPr>
        <w:t xml:space="preserve">MŠ P. </w:t>
      </w:r>
      <w:proofErr w:type="spellStart"/>
      <w:r w:rsidR="00447300">
        <w:rPr>
          <w:rFonts w:ascii="Times New Roman" w:hAnsi="Times New Roman" w:cs="Times New Roman"/>
          <w:sz w:val="24"/>
          <w:szCs w:val="24"/>
        </w:rPr>
        <w:t>Dobšinského</w:t>
      </w:r>
      <w:proofErr w:type="spellEnd"/>
      <w:r w:rsidR="00447300">
        <w:rPr>
          <w:rFonts w:ascii="Times New Roman" w:hAnsi="Times New Roman" w:cs="Times New Roman"/>
          <w:sz w:val="24"/>
          <w:szCs w:val="24"/>
        </w:rPr>
        <w:t xml:space="preserve"> 4923/38A, 979 01 </w:t>
      </w:r>
      <w:proofErr w:type="spellStart"/>
      <w:r w:rsidR="00447300">
        <w:rPr>
          <w:rFonts w:ascii="Times New Roman" w:hAnsi="Times New Roman" w:cs="Times New Roman"/>
          <w:sz w:val="24"/>
          <w:szCs w:val="24"/>
        </w:rPr>
        <w:t>Rimavská</w:t>
      </w:r>
      <w:proofErr w:type="spellEnd"/>
      <w:r w:rsid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7300">
        <w:rPr>
          <w:rFonts w:ascii="Times New Roman" w:hAnsi="Times New Roman" w:cs="Times New Roman"/>
          <w:sz w:val="24"/>
          <w:szCs w:val="24"/>
        </w:rPr>
        <w:t>Sobota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447300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300">
        <w:rPr>
          <w:rFonts w:ascii="Times New Roman" w:hAnsi="Times New Roman" w:cs="Times New Roman"/>
          <w:sz w:val="24"/>
          <w:szCs w:val="24"/>
        </w:rPr>
        <w:t>základe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300">
        <w:rPr>
          <w:rFonts w:ascii="Times New Roman" w:hAnsi="Times New Roman" w:cs="Times New Roman"/>
          <w:sz w:val="24"/>
          <w:szCs w:val="24"/>
        </w:rPr>
        <w:t>pokynov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zriaďovateľa a v súlade s príslušnými ustanoveniami zákona č. 321/2025 Z. z. o školskej správe a o zmene</w:t>
      </w:r>
      <w:r w:rsidRPr="00447300">
        <w:rPr>
          <w:rFonts w:ascii="Times New Roman" w:hAnsi="Times New Roman" w:cs="Times New Roman"/>
          <w:sz w:val="24"/>
          <w:szCs w:val="24"/>
        </w:rPr>
        <w:t xml:space="preserve"> a doplnení niektorých zákonov, najmä § 20 až § 22, ako aj v súlade so štatútom Rady školy,</w:t>
      </w:r>
    </w:p>
    <w:p w:rsidR="00A47AAF" w:rsidRPr="00447300" w:rsidRDefault="00BD38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b/>
          <w:sz w:val="24"/>
          <w:szCs w:val="24"/>
        </w:rPr>
        <w:t>VYHLASUJE</w:t>
      </w:r>
    </w:p>
    <w:p w:rsidR="00A47AAF" w:rsidRPr="00447300" w:rsidRDefault="00BD385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47300">
        <w:rPr>
          <w:rFonts w:ascii="Times New Roman" w:hAnsi="Times New Roman" w:cs="Times New Roman"/>
          <w:b/>
          <w:sz w:val="24"/>
          <w:szCs w:val="24"/>
        </w:rPr>
        <w:t>doplňujúce</w:t>
      </w:r>
      <w:proofErr w:type="gramEnd"/>
      <w:r w:rsidRPr="00447300">
        <w:rPr>
          <w:rFonts w:ascii="Times New Roman" w:hAnsi="Times New Roman" w:cs="Times New Roman"/>
          <w:b/>
          <w:sz w:val="24"/>
          <w:szCs w:val="24"/>
        </w:rPr>
        <w:t xml:space="preserve"> voľby do Rady školy</w:t>
      </w:r>
      <w:r w:rsidRPr="00447300">
        <w:rPr>
          <w:rFonts w:ascii="Times New Roman" w:hAnsi="Times New Roman" w:cs="Times New Roman"/>
          <w:b/>
          <w:sz w:val="24"/>
          <w:szCs w:val="24"/>
        </w:rPr>
        <w:br/>
        <w:t>za kategóriu zákonných zástupcov (rodičov).</w:t>
      </w:r>
    </w:p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ayout w:type="fixed"/>
        <w:tblLook w:val="04A0"/>
      </w:tblPr>
      <w:tblGrid>
        <w:gridCol w:w="2835"/>
        <w:gridCol w:w="5669"/>
      </w:tblGrid>
      <w:tr w:rsidR="00A47AAF" w:rsidRPr="00447300">
        <w:tc>
          <w:tcPr>
            <w:tcW w:w="2835" w:type="dxa"/>
            <w:vAlign w:val="center"/>
          </w:tcPr>
          <w:p w:rsidR="00A47AAF" w:rsidRPr="00447300" w:rsidRDefault="00BD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300">
              <w:rPr>
                <w:rFonts w:ascii="Times New Roman" w:hAnsi="Times New Roman" w:cs="Times New Roman"/>
                <w:b/>
                <w:sz w:val="24"/>
                <w:szCs w:val="24"/>
              </w:rPr>
              <w:t>Dátum konania volieb:</w:t>
            </w:r>
          </w:p>
        </w:tc>
        <w:tc>
          <w:tcPr>
            <w:tcW w:w="5669" w:type="dxa"/>
            <w:vAlign w:val="center"/>
          </w:tcPr>
          <w:p w:rsidR="00A47AAF" w:rsidRPr="00447300" w:rsidRDefault="00BD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300">
              <w:rPr>
                <w:rFonts w:ascii="Times New Roman" w:hAnsi="Times New Roman" w:cs="Times New Roman"/>
                <w:sz w:val="24"/>
                <w:szCs w:val="24"/>
              </w:rPr>
              <w:t>10. septembra 2026</w:t>
            </w:r>
          </w:p>
        </w:tc>
      </w:tr>
      <w:tr w:rsidR="00A47AAF" w:rsidRPr="00447300">
        <w:tc>
          <w:tcPr>
            <w:tcW w:w="2835" w:type="dxa"/>
            <w:vAlign w:val="center"/>
          </w:tcPr>
          <w:p w:rsidR="00A47AAF" w:rsidRPr="00447300" w:rsidRDefault="00BD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300">
              <w:rPr>
                <w:rFonts w:ascii="Times New Roman" w:hAnsi="Times New Roman" w:cs="Times New Roman"/>
                <w:b/>
                <w:sz w:val="24"/>
                <w:szCs w:val="24"/>
              </w:rPr>
              <w:t>Miesto konania:</w:t>
            </w:r>
          </w:p>
        </w:tc>
        <w:tc>
          <w:tcPr>
            <w:tcW w:w="5669" w:type="dxa"/>
            <w:vAlign w:val="center"/>
          </w:tcPr>
          <w:p w:rsidR="00A47AAF" w:rsidRPr="00447300" w:rsidRDefault="00BD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300">
              <w:rPr>
                <w:rFonts w:ascii="Times New Roman" w:hAnsi="Times New Roman" w:cs="Times New Roman"/>
                <w:sz w:val="24"/>
                <w:szCs w:val="24"/>
              </w:rPr>
              <w:t>celoškolské</w:t>
            </w:r>
            <w:proofErr w:type="spellEnd"/>
            <w:r w:rsidRPr="00447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7300">
              <w:rPr>
                <w:rFonts w:ascii="Times New Roman" w:hAnsi="Times New Roman" w:cs="Times New Roman"/>
                <w:sz w:val="24"/>
                <w:szCs w:val="24"/>
              </w:rPr>
              <w:t>rodičovs</w:t>
            </w:r>
            <w:r w:rsidRPr="00447300">
              <w:rPr>
                <w:rFonts w:ascii="Times New Roman" w:hAnsi="Times New Roman" w:cs="Times New Roman"/>
                <w:sz w:val="24"/>
                <w:szCs w:val="24"/>
              </w:rPr>
              <w:t>ké</w:t>
            </w:r>
            <w:proofErr w:type="spellEnd"/>
            <w:r w:rsidRPr="004473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7300">
              <w:rPr>
                <w:rFonts w:ascii="Times New Roman" w:hAnsi="Times New Roman" w:cs="Times New Roman"/>
                <w:sz w:val="24"/>
                <w:szCs w:val="24"/>
              </w:rPr>
              <w:t>združenie</w:t>
            </w:r>
            <w:proofErr w:type="spellEnd"/>
            <w:r w:rsidR="0044730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447300">
              <w:rPr>
                <w:rFonts w:ascii="Times New Roman" w:hAnsi="Times New Roman" w:cs="Times New Roman"/>
                <w:sz w:val="24"/>
                <w:szCs w:val="24"/>
              </w:rPr>
              <w:t>telocvičňa</w:t>
            </w:r>
            <w:proofErr w:type="spellEnd"/>
          </w:p>
        </w:tc>
      </w:tr>
      <w:tr w:rsidR="00A47AAF" w:rsidRPr="00447300">
        <w:tc>
          <w:tcPr>
            <w:tcW w:w="2835" w:type="dxa"/>
            <w:vAlign w:val="center"/>
          </w:tcPr>
          <w:p w:rsidR="00A47AAF" w:rsidRPr="00447300" w:rsidRDefault="00BD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7300">
              <w:rPr>
                <w:rFonts w:ascii="Times New Roman" w:hAnsi="Times New Roman" w:cs="Times New Roman"/>
                <w:b/>
                <w:sz w:val="24"/>
                <w:szCs w:val="24"/>
              </w:rPr>
              <w:t>Čas konania:</w:t>
            </w:r>
          </w:p>
        </w:tc>
        <w:tc>
          <w:tcPr>
            <w:tcW w:w="5669" w:type="dxa"/>
            <w:vAlign w:val="center"/>
          </w:tcPr>
          <w:p w:rsidR="00A47AAF" w:rsidRPr="00447300" w:rsidRDefault="00447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hod</w:t>
            </w:r>
            <w:proofErr w:type="spellEnd"/>
          </w:p>
        </w:tc>
      </w:tr>
    </w:tbl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p w:rsidR="00A47AAF" w:rsidRPr="00447300" w:rsidRDefault="00BD385A">
      <w:pPr>
        <w:jc w:val="both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sz w:val="24"/>
          <w:szCs w:val="24"/>
        </w:rPr>
        <w:t xml:space="preserve">Doplňujúce voľby </w:t>
      </w:r>
      <w:proofErr w:type="gramStart"/>
      <w:r w:rsidRPr="00447300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uskutočnia tajným hlasovaním. </w:t>
      </w:r>
      <w:proofErr w:type="gramStart"/>
      <w:r w:rsidRPr="00447300">
        <w:rPr>
          <w:rFonts w:ascii="Times New Roman" w:hAnsi="Times New Roman" w:cs="Times New Roman"/>
          <w:sz w:val="24"/>
          <w:szCs w:val="24"/>
        </w:rPr>
        <w:t>Zákonní zástupcovia volia spomedzi seba zástupcu za kategóriu zákonných zástupcov.</w:t>
      </w:r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7300">
        <w:rPr>
          <w:rFonts w:ascii="Times New Roman" w:hAnsi="Times New Roman" w:cs="Times New Roman"/>
          <w:sz w:val="24"/>
          <w:szCs w:val="24"/>
        </w:rPr>
        <w:t>Zoznam kandidátov zostavuje predsedníčka Rady školy v súlade s § 21 zákona č. 32</w:t>
      </w:r>
      <w:r w:rsidRPr="00447300">
        <w:rPr>
          <w:rFonts w:ascii="Times New Roman" w:hAnsi="Times New Roman" w:cs="Times New Roman"/>
          <w:sz w:val="24"/>
          <w:szCs w:val="24"/>
        </w:rPr>
        <w:t>1/2025 Z. z.</w:t>
      </w:r>
      <w:proofErr w:type="gramEnd"/>
    </w:p>
    <w:p w:rsidR="00A47AAF" w:rsidRPr="00447300" w:rsidRDefault="00BD385A">
      <w:pPr>
        <w:jc w:val="both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sz w:val="24"/>
          <w:szCs w:val="24"/>
        </w:rPr>
        <w:t xml:space="preserve">Kandidát môže byť zaradený do zoznamu kandidátov po udelení písomného súhlasu a </w:t>
      </w:r>
      <w:proofErr w:type="gramStart"/>
      <w:r w:rsidRPr="00447300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základe návrhu najmenej jedného voliča z príslušnej kategórie voličov.</w:t>
      </w:r>
    </w:p>
    <w:p w:rsidR="00A47AAF" w:rsidRPr="00447300" w:rsidRDefault="00BD385A">
      <w:pPr>
        <w:jc w:val="both"/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sz w:val="24"/>
          <w:szCs w:val="24"/>
        </w:rPr>
        <w:t xml:space="preserve">Žiadame rodičov – zákonných zástupcov žiakov školy – o účasť </w:t>
      </w:r>
      <w:proofErr w:type="gramStart"/>
      <w:r w:rsidRPr="00447300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celoškolskom rodičovskom </w:t>
      </w:r>
      <w:r w:rsidRPr="00447300">
        <w:rPr>
          <w:rFonts w:ascii="Times New Roman" w:hAnsi="Times New Roman" w:cs="Times New Roman"/>
          <w:sz w:val="24"/>
          <w:szCs w:val="24"/>
        </w:rPr>
        <w:t>združení a na doplňujúcich voľbách do Rady školy.</w:t>
      </w:r>
    </w:p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p w:rsidR="00A47AAF" w:rsidRPr="00447300" w:rsidRDefault="00BD385A">
      <w:pPr>
        <w:rPr>
          <w:rFonts w:ascii="Times New Roman" w:hAnsi="Times New Roman" w:cs="Times New Roman"/>
          <w:sz w:val="24"/>
          <w:szCs w:val="24"/>
        </w:rPr>
      </w:pPr>
      <w:r w:rsidRPr="00447300">
        <w:rPr>
          <w:rFonts w:ascii="Times New Roman" w:hAnsi="Times New Roman" w:cs="Times New Roman"/>
          <w:sz w:val="24"/>
          <w:szCs w:val="24"/>
        </w:rPr>
        <w:t xml:space="preserve">V </w:t>
      </w:r>
      <w:proofErr w:type="spellStart"/>
      <w:r w:rsidR="00447300">
        <w:rPr>
          <w:rFonts w:ascii="Times New Roman" w:hAnsi="Times New Roman" w:cs="Times New Roman"/>
          <w:sz w:val="24"/>
          <w:szCs w:val="24"/>
        </w:rPr>
        <w:t>Rimavskej</w:t>
      </w:r>
      <w:proofErr w:type="spellEnd"/>
      <w:r w:rsid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7300">
        <w:rPr>
          <w:rFonts w:ascii="Times New Roman" w:hAnsi="Times New Roman" w:cs="Times New Roman"/>
          <w:sz w:val="24"/>
          <w:szCs w:val="24"/>
        </w:rPr>
        <w:t>Sobote</w:t>
      </w:r>
      <w:proofErr w:type="spell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47300">
        <w:rPr>
          <w:rFonts w:ascii="Times New Roman" w:hAnsi="Times New Roman" w:cs="Times New Roman"/>
          <w:sz w:val="24"/>
          <w:szCs w:val="24"/>
        </w:rPr>
        <w:t>dňa</w:t>
      </w:r>
      <w:proofErr w:type="spellEnd"/>
      <w:proofErr w:type="gramEnd"/>
      <w:r w:rsidRPr="00447300">
        <w:rPr>
          <w:rFonts w:ascii="Times New Roman" w:hAnsi="Times New Roman" w:cs="Times New Roman"/>
          <w:sz w:val="24"/>
          <w:szCs w:val="24"/>
        </w:rPr>
        <w:t xml:space="preserve"> </w:t>
      </w:r>
      <w:r w:rsidR="00447300">
        <w:rPr>
          <w:rFonts w:ascii="Times New Roman" w:hAnsi="Times New Roman" w:cs="Times New Roman"/>
          <w:sz w:val="24"/>
          <w:szCs w:val="24"/>
        </w:rPr>
        <w:t>7.9.2026</w:t>
      </w:r>
    </w:p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p w:rsidR="00A47AAF" w:rsidRPr="00447300" w:rsidRDefault="00A47AAF">
      <w:pPr>
        <w:rPr>
          <w:rFonts w:ascii="Times New Roman" w:hAnsi="Times New Roman" w:cs="Times New Roman"/>
          <w:sz w:val="24"/>
          <w:szCs w:val="24"/>
        </w:rPr>
      </w:pPr>
    </w:p>
    <w:p w:rsidR="00447300" w:rsidRDefault="00BD38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47300">
        <w:rPr>
          <w:rFonts w:ascii="Times New Roman" w:hAnsi="Times New Roman" w:cs="Times New Roman"/>
          <w:b/>
          <w:sz w:val="24"/>
          <w:szCs w:val="24"/>
        </w:rPr>
        <w:t>........................................................</w:t>
      </w:r>
    </w:p>
    <w:p w:rsidR="00A47AAF" w:rsidRPr="00447300" w:rsidRDefault="00447300" w:rsidP="004473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Miroslava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Holičová</w:t>
      </w:r>
      <w:proofErr w:type="spellEnd"/>
      <w:r w:rsidR="00BD385A" w:rsidRPr="0044730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proofErr w:type="spellStart"/>
      <w:r w:rsidR="00BD385A" w:rsidRPr="00447300">
        <w:rPr>
          <w:rFonts w:ascii="Times New Roman" w:hAnsi="Times New Roman" w:cs="Times New Roman"/>
          <w:b/>
          <w:sz w:val="24"/>
          <w:szCs w:val="24"/>
        </w:rPr>
        <w:t>predsedníčka</w:t>
      </w:r>
      <w:proofErr w:type="spellEnd"/>
      <w:r w:rsidR="00BD385A" w:rsidRPr="0044730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D385A" w:rsidRPr="00447300">
        <w:rPr>
          <w:rFonts w:ascii="Times New Roman" w:hAnsi="Times New Roman" w:cs="Times New Roman"/>
          <w:b/>
          <w:sz w:val="24"/>
          <w:szCs w:val="24"/>
        </w:rPr>
        <w:t>Rady</w:t>
      </w:r>
      <w:proofErr w:type="spellEnd"/>
      <w:r w:rsidR="00BD385A" w:rsidRPr="0044730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D385A" w:rsidRPr="00447300">
        <w:rPr>
          <w:rFonts w:ascii="Times New Roman" w:hAnsi="Times New Roman" w:cs="Times New Roman"/>
          <w:b/>
          <w:sz w:val="24"/>
          <w:szCs w:val="24"/>
        </w:rPr>
        <w:t>školy</w:t>
      </w:r>
      <w:proofErr w:type="spellEnd"/>
    </w:p>
    <w:sectPr w:rsidR="00A47AAF" w:rsidRPr="00447300" w:rsidSect="00034616">
      <w:footerReference w:type="default" r:id="rId8"/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85A" w:rsidRDefault="00BD385A" w:rsidP="00A47AAF">
      <w:pPr>
        <w:spacing w:after="0" w:line="240" w:lineRule="auto"/>
      </w:pPr>
      <w:r>
        <w:separator/>
      </w:r>
    </w:p>
  </w:endnote>
  <w:endnote w:type="continuationSeparator" w:id="0">
    <w:p w:rsidR="00BD385A" w:rsidRDefault="00BD385A" w:rsidP="00A47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AAF" w:rsidRDefault="00BD385A">
    <w:pPr>
      <w:pStyle w:val="Pta"/>
      <w:jc w:val="center"/>
    </w:pPr>
    <w:r>
      <w:rPr>
        <w:sz w:val="16"/>
      </w:rPr>
      <w:t>Vyhlásenie doplňujúcich volieb do Rady školy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85A" w:rsidRDefault="00BD385A" w:rsidP="00A47AAF">
      <w:pPr>
        <w:spacing w:after="0" w:line="240" w:lineRule="auto"/>
      </w:pPr>
      <w:r>
        <w:separator/>
      </w:r>
    </w:p>
  </w:footnote>
  <w:footnote w:type="continuationSeparator" w:id="0">
    <w:p w:rsidR="00BD385A" w:rsidRDefault="00BD385A" w:rsidP="00A47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447300"/>
    <w:rsid w:val="00A47AAF"/>
    <w:rsid w:val="00AA1D8D"/>
    <w:rsid w:val="00B47730"/>
    <w:rsid w:val="00BD385A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C693F"/>
    <w:rPr>
      <w:rFonts w:ascii="Arial" w:hAnsi="Arial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Intenzvny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86272D-8FA2-4307-A34E-DF6CE8DF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Thinkpad4</cp:lastModifiedBy>
  <cp:revision>2</cp:revision>
  <dcterms:created xsi:type="dcterms:W3CDTF">2013-12-23T23:15:00Z</dcterms:created>
  <dcterms:modified xsi:type="dcterms:W3CDTF">2026-09-06T11:48:00Z</dcterms:modified>
  <cp:category/>
</cp:coreProperties>
</file>